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BCF98" w14:textId="77777777" w:rsidR="008A0841" w:rsidRDefault="00000000">
      <w:pPr>
        <w:pStyle w:val="Titel"/>
        <w:jc w:val="center"/>
      </w:pPr>
      <w:r>
        <w:t>Datenschutzerklärung</w:t>
      </w:r>
    </w:p>
    <w:p w14:paraId="26D7BB42" w14:textId="77777777" w:rsidR="008A0841" w:rsidRDefault="00000000">
      <w:r>
        <w:t>für die Websitenutzung sowie für Schüler, deren Erziehungsberechtigte und freiberufliche Honorarkräfte / Tutoren</w:t>
      </w:r>
    </w:p>
    <w:p w14:paraId="3D379FEE" w14:textId="77777777" w:rsidR="008A0841" w:rsidRDefault="00000000">
      <w:pPr>
        <w:pStyle w:val="berschrift1"/>
      </w:pPr>
      <w:r>
        <w:t>1. Wer ist Verantwortlicher der Datenverarbeitung?</w:t>
      </w:r>
    </w:p>
    <w:p w14:paraId="19FF35D8" w14:textId="77777777" w:rsidR="008A0841" w:rsidRDefault="00000000">
      <w:r>
        <w:t>Verantwortlicher der Datenverarbeitung ist die</w:t>
      </w:r>
      <w:r>
        <w:br/>
      </w:r>
      <w:r>
        <w:br/>
        <w:t>MyOnlineProf Nachhilfe &amp; Mentoring</w:t>
      </w:r>
      <w:r>
        <w:br/>
        <w:t>Fährstraße 217</w:t>
      </w:r>
      <w:r>
        <w:br/>
        <w:t>40221 Düsseldorf</w:t>
      </w:r>
      <w:r>
        <w:br/>
        <w:t>Wirtschaftl. Steuernummer: 5224053115604</w:t>
      </w:r>
      <w:r>
        <w:br/>
        <w:t>E-Mail: info@myonlineprof.org</w:t>
      </w:r>
    </w:p>
    <w:p w14:paraId="6EC164C6" w14:textId="77777777" w:rsidR="008A0841" w:rsidRDefault="00000000">
      <w:r>
        <w:t>In dieser Datenschutzerklärung verwendete Personenbezeichnungen verstehen sich geschlechtsneutral, sodass ausschließlich zur leichteren Lesbarkeit die männliche Form genutzt wird.</w:t>
      </w:r>
    </w:p>
    <w:p w14:paraId="0C4400CF" w14:textId="77777777" w:rsidR="008A0841" w:rsidRDefault="00000000">
      <w:pPr>
        <w:pStyle w:val="berschrift1"/>
      </w:pPr>
      <w:r>
        <w:t>2. Welche Daten werden verarbeitet und woher stammen diese Daten?</w:t>
      </w:r>
    </w:p>
    <w:p w14:paraId="27DFC8DC" w14:textId="77777777" w:rsidR="008A0841" w:rsidRDefault="00000000">
      <w:r>
        <w:t>Wir verarbeiten die personenbezogenen Daten, welche Sie uns im Rahmen Ihrer Websitenutzung bereitstellen. Diese Bereitstellung durch Sie ist zur Bearbeitung Ihrer Anfragen bzw. zur Community-Nutzung erforderlich. Wenn Sie uns Ihre entsprechenden personenbezogenen Daten nicht bereitstellen, können wir Ihre Anfrage nicht bearbeiten bzw. die Community-Nutzung nicht ermöglichen.</w:t>
      </w:r>
    </w:p>
    <w:p w14:paraId="4F297A96" w14:textId="77777777" w:rsidR="008A0841" w:rsidRDefault="00000000">
      <w:r>
        <w:t>Darüber hinaus verarbeiten wir im Rahmen obiger Zwecke Daten, welche wir zu Ihnen als Nutzer unserer Website bzw. unserer Community generieren, nämlich:</w:t>
      </w:r>
      <w:r>
        <w:br/>
        <w:t>• Datum und Inhalt der Anfragebeantwortung</w:t>
      </w:r>
      <w:r>
        <w:br/>
        <w:t>• Datum, Fragende, Antwortende sowie erforderliche Metadaten und Inhalte der Community-Nutzung.</w:t>
      </w:r>
    </w:p>
    <w:p w14:paraId="05509E18" w14:textId="77777777" w:rsidR="008A0841" w:rsidRDefault="00000000">
      <w:pPr>
        <w:pStyle w:val="berschrift1"/>
      </w:pPr>
      <w:r>
        <w:t>2.1 Aufgrund welcher Rechtsgrundlage erfolgt die Datenverarbeitung?</w:t>
      </w:r>
    </w:p>
    <w:p w14:paraId="00CDAAC8" w14:textId="77777777" w:rsidR="008A0841" w:rsidRDefault="00000000">
      <w:r>
        <w:t>Soweit die Verarbeitung zur Erfüllung vertraglicher Pflichten erfolgt, ist Rechtsgrundlage Artikel 6 Absatz 1 lit. b DSGVO.</w:t>
      </w:r>
    </w:p>
    <w:p w14:paraId="6D1D66A3" w14:textId="77777777" w:rsidR="008A0841" w:rsidRDefault="00000000">
      <w:pPr>
        <w:pStyle w:val="berschrift1"/>
      </w:pPr>
      <w:r>
        <w:t>2.2 An wen werden Ihre Daten weitergegeben?</w:t>
      </w:r>
    </w:p>
    <w:p w14:paraId="1BF76CF6" w14:textId="77777777" w:rsidR="008A0841" w:rsidRDefault="00000000">
      <w:r>
        <w:t xml:space="preserve">Wir übermitteln personenbezogene Daten an beauftragte Auftragsverarbeiter, sofern dies im Rahmen der genannten Zwecke erforderlich ist. Sämtliche Auftragsverarbeiter sind </w:t>
      </w:r>
      <w:r>
        <w:lastRenderedPageBreak/>
        <w:t>vertraglich verpflichtet, Ihre Daten vertraulich zu behandeln und nur im Rahmen der Beauftragung durch uns zu verarbeiten.</w:t>
      </w:r>
    </w:p>
    <w:p w14:paraId="7E1BCE0A" w14:textId="77777777" w:rsidR="008A0841" w:rsidRDefault="00000000">
      <w:r>
        <w:t>In der bisherigen Datenschutzerklärung ist Google Ireland Limited (Irland) als Auftragsverarbeiter für „Datenverkehrsanalyse“ genannt. Der konkrete eingesetzte Google-Dienst ist aus der vorliegenden Unterlage nicht eindeutig ersichtlich und sollte vor Veröffentlichung konkret ergänzt bzw. überprüft werden.</w:t>
      </w:r>
    </w:p>
    <w:p w14:paraId="0BBC4A13" w14:textId="77777777" w:rsidR="008A0841" w:rsidRDefault="00000000">
      <w:pPr>
        <w:pStyle w:val="berschrift1"/>
      </w:pPr>
      <w:r>
        <w:t>2.3 Wie lange werden Ihre Daten verarbeitet und gespeichert?</w:t>
      </w:r>
    </w:p>
    <w:p w14:paraId="517278DE" w14:textId="77777777" w:rsidR="008A0841" w:rsidRDefault="00000000">
      <w:r>
        <w:t>Wir speichern Ihre Daten für:</w:t>
      </w:r>
      <w:r>
        <w:br/>
        <w:t>• den Zweck der Anfragebeantwortung für etwaige Schadensersatzforderungen für 3 Jahre nach Abschluss der Beantwortung;</w:t>
      </w:r>
      <w:r>
        <w:br/>
        <w:t>• den Zweck der Community-Nutzung, solange sie Communitymitglied sind und darüber hinaus für etwaige Schadensersatzforderungen für 3 Jahre.</w:t>
      </w:r>
    </w:p>
    <w:p w14:paraId="2F93BECE" w14:textId="77777777" w:rsidR="008A0841" w:rsidRDefault="00000000">
      <w:pPr>
        <w:pStyle w:val="berschrift1"/>
      </w:pPr>
      <w:r>
        <w:t>3. Verarbeitung aufgrund einer Einwilligung</w:t>
      </w:r>
    </w:p>
    <w:p w14:paraId="520BBCBA" w14:textId="77777777" w:rsidR="008A0841" w:rsidRDefault="00000000">
      <w:r>
        <w:t>Soweit wir personenbezogene Daten aufgrund Ihrer ausdrücklichen Einwilligung verarbeiten, erfolgt dies auf Grundlage von Artikel 6 Absatz 1 lit. a DSGVO. Eine erteilte Einwilligung kann jederzeit mit Wirkung für die Zukunft widerrufen werden.</w:t>
      </w:r>
    </w:p>
    <w:p w14:paraId="275407E2" w14:textId="77777777" w:rsidR="008A0841" w:rsidRDefault="00000000">
      <w:pPr>
        <w:pStyle w:val="berschrift1"/>
      </w:pPr>
      <w:r>
        <w:t>4. Wenn Sie als Schüler bzw. als dessen Erziehungsberechtigte unsere Leistungen bzw. die Leistungen der Tutoren in Anspruch nehmen</w:t>
      </w:r>
    </w:p>
    <w:p w14:paraId="5DBF3A8C" w14:textId="77777777" w:rsidR="008A0841" w:rsidRDefault="00000000">
      <w:r>
        <w:t>Wir betreiben eine Plattform für Unterstützung suchende Schüler bzw. deren Erziehungsberechtigte und für Tutoren. Über unsere Plattform werden einerseits Plattformverträge mit Schülern bzw. deren Erziehungsberechtigten und andererseits Vermittlungsvereinbarungen mit Tutoren geschlossen; Schüler bzw. deren Erziehungsberechtigte und Tutoren schließen direkte Lehrerverträge.</w:t>
      </w:r>
    </w:p>
    <w:p w14:paraId="0C35F7B6" w14:textId="77777777" w:rsidR="008A0841" w:rsidRDefault="00000000">
      <w:r>
        <w:t>Die Nachhilfe-Einheiten finden auf Basis der Lehrerverträge zwischen Tutoren und Schülern über Google Meet-Online-Videokonferenzen statt. Der Google-Meet-Dienst kann Meeting-Links versenden und Informationen zur Teilnahme an den Konferenzen verarbeiten.</w:t>
      </w:r>
    </w:p>
    <w:p w14:paraId="0D6CB558" w14:textId="77777777" w:rsidR="008A0841" w:rsidRDefault="00000000">
      <w:r>
        <w:t>Zur Sicherstellung der Transparenz umfasst diese Datenschutzinformation auch die Information hinsichtlich der Verarbeitung der personenbezogenen Daten des Schülers bzw. dessen Erziehungsberechtigten durch die Tutoren hinsichtlich deren Erfüllung des Lehrervertrages mit den Schülern.</w:t>
      </w:r>
    </w:p>
    <w:p w14:paraId="1E75BB9A" w14:textId="77777777" w:rsidR="008A0841" w:rsidRDefault="00000000">
      <w:r>
        <w:t xml:space="preserve">Da diese Verarbeitung größtenteils über unsere Plattform abgewickelt wird, werden wir diesbezüglich als datenschutzrechtlicher Auftragsverarbeiter für die Tutoren tätig. Soweit durch MyOnlineProf Verarbeitung von Daten zur Erfüllung der vertraglichen Pflichten von MyOnlineProf erforderlich ist, wird MyOnlineProf in eigener Verantwortung tätig. Soweit in der Folge nicht explizit unterschieden wird, gilt die Information sowohl hinsichtlich der </w:t>
      </w:r>
      <w:r>
        <w:lastRenderedPageBreak/>
        <w:t>Verarbeitung durch uns als datenschutzrechtlich Verantwortlicher als auch hinsichtlich der Verarbeitung der Tutoren als datenschutzrechtlich Verantwortliche.</w:t>
      </w:r>
    </w:p>
    <w:p w14:paraId="25AAB320" w14:textId="77777777" w:rsidR="008A0841" w:rsidRDefault="00000000">
      <w:pPr>
        <w:pStyle w:val="berschrift1"/>
      </w:pPr>
      <w:r>
        <w:t>4.1 Welche Daten verarbeiten wir und woher stammen diese Daten?</w:t>
      </w:r>
    </w:p>
    <w:p w14:paraId="20A6A499" w14:textId="77777777" w:rsidR="008A0841" w:rsidRDefault="00000000">
      <w:r>
        <w:t>Wir verarbeiten die personenbezogenen Daten, welche Sie uns als Schüler bzw. dessen Erziehungsberechtigte über den Schüler bzw. sich zur Leistungserbringung bereitstellen. Diese Bereitstellung ist einerseits vertraglich zum Abschluss der Vereinbarungen zwischen Ihnen und uns sowie zwischen Ihnen und dem Tutor und andererseits gesetzlich, insbesondere zur Erfüllung unserer Buchhaltungspflichten, erforderlich. Dies umfasst auch etwaige Daten im Zusammenhang mit der Bezahlung unserer Leistungen. Wenn Sie uns die entsprechenden personenbezogenen Daten nicht bereitstellen, können wir mit Ihnen keinen Vertrag schließen bzw. diesen nicht erfüllen.</w:t>
      </w:r>
    </w:p>
    <w:p w14:paraId="3405507C" w14:textId="77777777" w:rsidR="008A0841" w:rsidRDefault="00000000">
      <w:r>
        <w:t>Darüber hinaus verarbeiten wir personenbezogene Daten, welche wir zu Ihnen im Rahmen unserer Leistungserbringung generieren bzw. aus genannten Quellen ermitteln, nämlich:</w:t>
      </w:r>
      <w:r>
        <w:br/>
        <w:t>• Leistungserbringungsdaten zu Abrechnungszwecken (von uns bzw. Meeting-Teilnahme-Daten von Google Meet generiert)</w:t>
      </w:r>
      <w:r>
        <w:br/>
        <w:t>• Rechnungsdaten zur Erfüllung unserer Buchhaltungspflichten</w:t>
      </w:r>
      <w:r>
        <w:br/>
        <w:t>• etwaige im Zusammenhang mit der Leistungserbringung von MyOnlineProf stehende Korrespondenz und Telefonkontakte (Supportanfragen).</w:t>
      </w:r>
    </w:p>
    <w:p w14:paraId="4AED62CA" w14:textId="77777777" w:rsidR="008A0841" w:rsidRDefault="00000000">
      <w:pPr>
        <w:pStyle w:val="berschrift1"/>
      </w:pPr>
      <w:r>
        <w:t>4.2 Aufgrund welcher Rechtsgrundlage erfolgt die Datenverarbeitung?</w:t>
      </w:r>
    </w:p>
    <w:p w14:paraId="0FF3ACA3" w14:textId="77777777" w:rsidR="008A0841" w:rsidRDefault="00000000">
      <w:r>
        <w:t>Zur Erfüllung vertraglicher Pflichten (Artikel 6 Absatz 1 lit. b DSGVO): Die Verarbeitung personenbezogener Daten erfolgt zur Erbringung unserer vertraglichen Pflichten, insbesondere zur Erfüllung unserer Verträge mit Ihnen.</w:t>
      </w:r>
    </w:p>
    <w:p w14:paraId="1232A71C" w14:textId="77777777" w:rsidR="008A0841" w:rsidRDefault="00000000">
      <w:r>
        <w:t>Zur Erfüllung rechtlicher Verpflichtungen (Artikel 6 Absatz 1 lit. c DSGVO): Die Verarbeitung personenbezogener Daten erfolgt auch zum Zweck der Erfüllung unterschiedlicher gesetzlicher Verpflichtungen, welchen wir unterliegen, insbesondere aus Unternehmens- und Steuerrecht.</w:t>
      </w:r>
    </w:p>
    <w:p w14:paraId="3C4191FF" w14:textId="77777777" w:rsidR="008A0841" w:rsidRDefault="00000000">
      <w:r>
        <w:t>Zur Wahrung berechtigter Interessen (Artikel 6 Absatz 1 lit. f DSGVO): Wir verarbeiten personenbezogene Daten zur Wahrung unserer berechtigten Interessen, sofern nicht Ihre Interessen an der Geheimhaltung überwiegen. Dies kann insbesondere Werbung und Marketing gegenüber bestehenden Vertragspartnern umfassen. Gegen die Verarbeitung personenbezogener Daten auf Basis berechtigter Interessen können Sie Widerspruch erheben.</w:t>
      </w:r>
    </w:p>
    <w:p w14:paraId="3A8ABFA6" w14:textId="77777777" w:rsidR="008A0841" w:rsidRDefault="00000000">
      <w:pPr>
        <w:pStyle w:val="berschrift1"/>
      </w:pPr>
      <w:r>
        <w:t>4.3 An wen werden Ihre Daten weitergegeben?</w:t>
      </w:r>
    </w:p>
    <w:p w14:paraId="77E71F3D" w14:textId="77777777" w:rsidR="008A0841" w:rsidRDefault="00000000">
      <w:r>
        <w:t>MyOnlineProf übermittelt Ihre personenbezogenen Daten im Rahmen der Vermittlung der Tutorenvereinbarung an den jeweiligen Tutor.</w:t>
      </w:r>
    </w:p>
    <w:p w14:paraId="78A6627D" w14:textId="77777777" w:rsidR="008A0841" w:rsidRDefault="00000000">
      <w:r>
        <w:lastRenderedPageBreak/>
        <w:t>Darüber hinaus setzen wir Auftragsverarbeiter, unter anderem Zahlungsdienstleister, ein, sofern dies zur Erfüllung der jeweiligen Leistung erforderlich ist. Sämtliche Auftragsverarbeiter sind vertraglich verpflichtet, Ihre Daten vertraulich zu behandeln und nur im Rahmen der Beauftragung durch uns zu verarbeiten.</w:t>
      </w:r>
    </w:p>
    <w:p w14:paraId="221D5504" w14:textId="77777777" w:rsidR="008A0841" w:rsidRDefault="00000000">
      <w:r>
        <w:t>WhatsApp kann als Kommunikationskanal zwischen Tutoren und Eltern bzw. Schülern eingesetzt werden. Die Kommunikation über WhatsApp erfolgt freiwillig. Für Nutzer im Europäischen Wirtschaftsraum ist WhatsApp Ireland Limited Anbieter des Dienstes; soweit Datenverarbeitungen außerhalb des EWR erfolgen, richten sich die hierfür eingesetzten Übermittlungsmechanismen nach den Angaben von WhatsApp.</w:t>
      </w:r>
    </w:p>
    <w:p w14:paraId="5A533AD1" w14:textId="77777777" w:rsidR="008A0841" w:rsidRDefault="00000000">
      <w:pPr>
        <w:pStyle w:val="berschrift1"/>
      </w:pPr>
      <w:r>
        <w:t>4.4 Wie lange werden Ihre Daten verarbeitet und gespeichert?</w:t>
      </w:r>
    </w:p>
    <w:p w14:paraId="46043EE4" w14:textId="77777777" w:rsidR="008A0841" w:rsidRDefault="00000000">
      <w:r>
        <w:t>Wir speichern die für die Vertragserfüllung notwendigen personenbezogenen Daten mindestens für die Dauer der gesamten Geschäftsbeziehung sowie darüber hinaus in der Regel für 7 Jahre, soweit keine längeren gesetzlichen Aufbewahrungspflichten oder andere rechtliche Gründe für eine längere Speicherung bestehen.</w:t>
      </w:r>
    </w:p>
    <w:p w14:paraId="2BED77F0" w14:textId="77777777" w:rsidR="008A0841" w:rsidRDefault="00000000">
      <w:pPr>
        <w:pStyle w:val="berschrift1"/>
      </w:pPr>
      <w:r>
        <w:t>5. Wenn Sie als freiberufliche Honorarkraft / Tutor tätig werden</w:t>
      </w:r>
    </w:p>
    <w:p w14:paraId="501EF420" w14:textId="77777777" w:rsidR="008A0841" w:rsidRDefault="00000000">
      <w:r>
        <w:t>Soweit die Verarbeitung von Daten zur Erfüllung der vertraglichen Pflichten von MyOnlineProf mit der freiberuflichen Honorarkraft bzw. dem Tutor vorliegt, wird MyOnlineProf in eigener Verantwortung tätig. Darüber hinaus verarbeitet MyOnlineProf als Vermittlungsplattform Daten der freiberuflichen Honorarkräfte / Tutoren in eigener Verantwortung.</w:t>
      </w:r>
    </w:p>
    <w:p w14:paraId="4E884378" w14:textId="77777777" w:rsidR="008A0841" w:rsidRDefault="00000000">
      <w:r>
        <w:t>Die freiberuflichen Honorarkräfte / Tutoren sind keine Beschäftigten bzw. Arbeitnehmer von MyOnlineProf. Die Zusammenarbeit erfolgt auf selbstständiger bzw. freiberuflicher Grundlage.</w:t>
      </w:r>
    </w:p>
    <w:p w14:paraId="5C91363F" w14:textId="77777777" w:rsidR="008A0841" w:rsidRDefault="00000000">
      <w:pPr>
        <w:pStyle w:val="berschrift1"/>
      </w:pPr>
      <w:r>
        <w:t>5.1 Welche Daten verarbeiten wir und woher stammen diese Daten?</w:t>
      </w:r>
    </w:p>
    <w:p w14:paraId="49DAFF0E" w14:textId="77777777" w:rsidR="008A0841" w:rsidRDefault="00000000">
      <w:r>
        <w:t>Wir verarbeiten die personenbezogenen Daten, welche Sie uns als freiberufliche Honorarkraft bzw. Tutor bereitstellen. Diese Bereitstellung ist einerseits zur Anbahnung und Durchführung der Vereinbarungen zwischen Ihnen und uns sowie zwischen Ihnen und dem Schüler und andererseits gesetzlich, insbesondere zur Erfüllung unserer Buchhaltungspflichten, erforderlich.</w:t>
      </w:r>
    </w:p>
    <w:p w14:paraId="717792B3" w14:textId="77777777" w:rsidR="008A0841" w:rsidRDefault="00000000">
      <w:r>
        <w:t>Dies kann insbesondere umfassen:</w:t>
      </w:r>
      <w:r>
        <w:br/>
        <w:t>• Name und Kontaktdaten</w:t>
      </w:r>
      <w:r>
        <w:br/>
        <w:t>• Anschrift, E-Mail-Adresse und Telefonnummer</w:t>
      </w:r>
      <w:r>
        <w:br/>
        <w:t>• Angaben zu Ausbildung, Qualifikationen und fachlicher Eignung</w:t>
      </w:r>
      <w:r>
        <w:br/>
        <w:t>• erforderliche Qualifikations- oder Tätigkeitsnachweise</w:t>
      </w:r>
      <w:r>
        <w:br/>
        <w:t>• Vertrags- und Kommunikationsdaten</w:t>
      </w:r>
      <w:r>
        <w:br/>
        <w:t>• Angaben zu durchgeführten Nachhilfeeinheiten</w:t>
      </w:r>
      <w:r>
        <w:br/>
      </w:r>
      <w:r>
        <w:lastRenderedPageBreak/>
        <w:t>• Abrechnungs- und Zahlungsdaten</w:t>
      </w:r>
      <w:r>
        <w:br/>
        <w:t>• steuerlich erforderliche Angaben.</w:t>
      </w:r>
    </w:p>
    <w:p w14:paraId="1343DC55" w14:textId="77777777" w:rsidR="008A0841" w:rsidRDefault="00000000">
      <w:r>
        <w:t>Bei Tutoren, welche aus dem Vereinigten Königreich stammen bzw. dort tätig werden, kann nach den bestehenden Anforderungen ein aktuelles Enhanced DBS Certificate bzw. ein entsprechender nationaler Nachweis erforderlich sein. Die in der bisherigen Datenschutzerklärung enthaltene konkrete Beschreibung dieses Prüfverfahrens sollte vor Veröffentlichung auf Aktualität und tatsächliche Notwendigkeit geprüft werden.</w:t>
      </w:r>
    </w:p>
    <w:p w14:paraId="2D6873BC" w14:textId="77777777" w:rsidR="008A0841" w:rsidRDefault="00000000">
      <w:r>
        <w:t>Darüber hinaus können wir verarbeiten:</w:t>
      </w:r>
      <w:r>
        <w:br/>
        <w:t>• Leistungserbringungsdaten zu Abrechnungszwecken (einschließlich Meeting-Teilnahme-Daten von Google Meet)</w:t>
      </w:r>
      <w:r>
        <w:br/>
        <w:t>• Rechnungsdaten zur Erfüllung unserer Buchhaltungspflichten</w:t>
      </w:r>
      <w:r>
        <w:br/>
        <w:t>• Korrespondenz und Telefonanfragen im Zusammenhang mit der Tutorentätigkeit.</w:t>
      </w:r>
    </w:p>
    <w:p w14:paraId="1B2CB862" w14:textId="77777777" w:rsidR="008A0841" w:rsidRDefault="00000000">
      <w:pPr>
        <w:pStyle w:val="berschrift1"/>
      </w:pPr>
      <w:r>
        <w:t>5.2 Aufgrund welcher Rechtsgrundlage erfolgt die Datenverarbeitung?</w:t>
      </w:r>
    </w:p>
    <w:p w14:paraId="1DAA4D36" w14:textId="77777777" w:rsidR="008A0841" w:rsidRDefault="00000000">
      <w:r>
        <w:t>Die Verarbeitung erfolgt insbesondere zur Anbahnung und Durchführung der vertraglichen Zusammenarbeit auf Grundlage von Artikel 6 Absatz 1 lit. b DSGVO sowie zur Erfüllung gesetzlicher Verpflichtungen auf Grundlage von Artikel 6 Absatz 1 lit. c DSGVO.</w:t>
      </w:r>
    </w:p>
    <w:p w14:paraId="2960E0A4" w14:textId="77777777" w:rsidR="008A0841" w:rsidRDefault="00000000">
      <w:r>
        <w:t>Soweit die Verarbeitung zur Wahrung berechtigter Interessen erforderlich ist und keine überwiegenden Interessen der betroffenen Person entgegenstehen, kann die Verarbeitung außerdem auf Artikel 6 Absatz 1 lit. f DSGVO gestützt werden.</w:t>
      </w:r>
    </w:p>
    <w:p w14:paraId="0496CD1F" w14:textId="77777777" w:rsidR="008A0841" w:rsidRDefault="00000000">
      <w:pPr>
        <w:pStyle w:val="berschrift1"/>
      </w:pPr>
      <w:r>
        <w:t>5.3 An wen werden die Daten der freiberuflichen Honorarkräfte / Tutoren weitergegeben?</w:t>
      </w:r>
    </w:p>
    <w:p w14:paraId="2847D410" w14:textId="77777777" w:rsidR="008A0841" w:rsidRDefault="00000000">
      <w:r>
        <w:t>Soweit dies zur Vermittlung und Durchführung der Nachhilfeleistungen erforderlich ist, können erforderliche Daten an Schüler bzw. deren Erziehungsberechtigte übermittelt werden.</w:t>
      </w:r>
    </w:p>
    <w:p w14:paraId="669F2D52" w14:textId="77777777" w:rsidR="008A0841" w:rsidRDefault="00000000">
      <w:r>
        <w:t>Darüber hinaus können Daten an beauftragte Auftragsverarbeiter, Zahlungsdienstleister und – soweit gesetzlich erforderlich – Behörden oder sonstige Stellen übermittelt werden.</w:t>
      </w:r>
    </w:p>
    <w:p w14:paraId="039A95E2" w14:textId="77777777" w:rsidR="008A0841" w:rsidRDefault="00000000">
      <w:pPr>
        <w:pStyle w:val="berschrift1"/>
      </w:pPr>
      <w:r>
        <w:t>5.4 Wie lange werden die Daten verarbeitet und gespeichert?</w:t>
      </w:r>
    </w:p>
    <w:p w14:paraId="5C74B293" w14:textId="77777777" w:rsidR="008A0841" w:rsidRDefault="00000000">
      <w:r>
        <w:t>Die für die Zusammenarbeit erforderlichen Daten werden grundsätzlich für die Dauer der Geschäftsbeziehung und darüber hinaus entsprechend den gesetzlichen Aufbewahrungs- und Dokumentationspflichten gespeichert.</w:t>
      </w:r>
    </w:p>
    <w:p w14:paraId="03F3A971" w14:textId="77777777" w:rsidR="008A0841" w:rsidRDefault="00000000">
      <w:pPr>
        <w:pStyle w:val="berschrift1"/>
      </w:pPr>
      <w:r>
        <w:lastRenderedPageBreak/>
        <w:t>6. Cookies und vergleichbare Technologien</w:t>
      </w:r>
    </w:p>
    <w:p w14:paraId="35B80714" w14:textId="77777777" w:rsidR="008A0841" w:rsidRDefault="00000000">
      <w:r>
        <w:t>Unsere Website verwendet Cookies und vergleichbare Technologien. Cookies sind kleine Dateien bzw. Informationen, die auf Ihrem Endgerät gespeichert oder ausgelesen werden können.</w:t>
      </w:r>
    </w:p>
    <w:p w14:paraId="6FF4587D" w14:textId="77777777" w:rsidR="008A0841" w:rsidRDefault="00000000">
      <w:r>
        <w:t>Wir verwenden technisch notwendige Technologien, die für den Betrieb, die Sicherheit und die grundlegenden Funktionen unserer Website erforderlich sind. Darüber hinaus können funktionale oder sonstige optionale Technologien eingesetzt werden.</w:t>
      </w:r>
    </w:p>
    <w:p w14:paraId="0BF3A588" w14:textId="77777777" w:rsidR="008A0841" w:rsidRDefault="00000000">
      <w:r>
        <w:t>Soweit für das Speichern von Informationen auf Ihrem Endgerät oder den Zugriff auf bereits gespeicherte Informationen eine Einwilligung erforderlich ist, holen wir diese vor der Aktivierung der entsprechenden Technologien ein. Technisch unbedingt erforderliche Technologien können unter den gesetzlichen Voraussetzungen ohne Einwilligung eingesetzt werden.</w:t>
      </w:r>
    </w:p>
    <w:p w14:paraId="1D21F819" w14:textId="77777777" w:rsidR="008A0841" w:rsidRDefault="00000000">
      <w:pPr>
        <w:pStyle w:val="berschrift1"/>
      </w:pPr>
      <w:r>
        <w:t>6.1 Usercentrics – Verwaltung der Cookie-Einwilligungen</w:t>
      </w:r>
    </w:p>
    <w:p w14:paraId="3B379892" w14:textId="77777777" w:rsidR="008A0841" w:rsidRDefault="00000000">
      <w:r>
        <w:t>Zur Verwaltung der Einwilligungen verwenden wir Usercentrics for Wix. Usercentrics ermöglicht es Websitebesuchern, ihre Einstellungen hinsichtlich Cookies und vergleichbarer Technologien festzulegen.</w:t>
      </w:r>
    </w:p>
    <w:p w14:paraId="5EE4E970" w14:textId="77777777" w:rsidR="008A0841" w:rsidRDefault="00000000">
      <w:r>
        <w:t>Die getroffene Auswahl wird dokumentiert und gespeichert, damit Ihre Entscheidung berücksichtigt werden kann. Sie können Ihre Einwilligung jederzeit mit Wirkung für die Zukunft ändern oder widerrufen.</w:t>
      </w:r>
    </w:p>
    <w:p w14:paraId="0EDC43B5" w14:textId="77777777" w:rsidR="008A0841" w:rsidRDefault="00000000">
      <w:r>
        <w:t>Nach unserem aktuellen Wix/Usercentrics-Setup werden nicht unbedingt erforderliche Komponenten grundsätzlich über die Einwilligungsverwaltung gesteuert.</w:t>
      </w:r>
    </w:p>
    <w:p w14:paraId="331E3E50" w14:textId="77777777" w:rsidR="008A0841" w:rsidRDefault="00000000">
      <w:pPr>
        <w:pStyle w:val="berschrift1"/>
      </w:pPr>
      <w:r>
        <w:t>6.2 Wix</w:t>
      </w:r>
    </w:p>
    <w:p w14:paraId="2A494873" w14:textId="77777777" w:rsidR="008A0841" w:rsidRDefault="00000000">
      <w:r>
        <w:t>Unsere Website wird mit Wix erstellt und betrieben. Im Rahmen des Websitebetriebs können technisch notwendige Cookies und vergleichbare Technologien eingesetzt werden, insbesondere zur Bereitstellung, Sicherheit und grundlegenden Funktionalität der Website.</w:t>
      </w:r>
    </w:p>
    <w:p w14:paraId="586D1EE5" w14:textId="77777777" w:rsidR="008A0841" w:rsidRDefault="00000000">
      <w:pPr>
        <w:pStyle w:val="berschrift1"/>
      </w:pPr>
      <w:r>
        <w:t>6.3 Google Reviews PRO</w:t>
      </w:r>
    </w:p>
    <w:p w14:paraId="6D471D17" w14:textId="77777777" w:rsidR="008A0841" w:rsidRDefault="00000000">
      <w:r>
        <w:t>Auf unserer Website verwenden wir Google Reviews PRO von MarketPushApps zur Darstellung von Google-Bewertungen bzw. Kundenbewertungen.</w:t>
      </w:r>
    </w:p>
    <w:p w14:paraId="5C33FCC1" w14:textId="77777777" w:rsidR="008A0841" w:rsidRDefault="00000000">
      <w:r>
        <w:t>Nach unserem aktuellen Usercentrics-Scan wird die Anwendung als „Functional“ geführt und über die Einwilligungsverwaltung gesteuert. Soweit für die Nutzung nicht unbedingt erforderliche Technologien eingesetzt werden, erfolgt deren Aktivierung erst nach der hierfür erforderlichen Einwilligung.</w:t>
      </w:r>
    </w:p>
    <w:p w14:paraId="51746CA0" w14:textId="77777777" w:rsidR="008A0841" w:rsidRDefault="00000000">
      <w:r>
        <w:t>Zweck: Darstellung von Kundenbewertungen. Anbieter der App: MarketPushApps.</w:t>
      </w:r>
    </w:p>
    <w:p w14:paraId="7A782145" w14:textId="77777777" w:rsidR="008A0841" w:rsidRDefault="00000000">
      <w:pPr>
        <w:pStyle w:val="berschrift1"/>
      </w:pPr>
      <w:r>
        <w:lastRenderedPageBreak/>
        <w:t>6.4 WhatsApp-Kontakt über die Website</w:t>
      </w:r>
    </w:p>
    <w:p w14:paraId="6DA14A87" w14:textId="77777777" w:rsidR="008A0841" w:rsidRDefault="00000000">
      <w:r>
        <w:t>Auf unserer Website bieten wir die Möglichkeit, über WhatsApp mit uns Kontakt aufzunehmen. Hierzu verwenden wir eine WhatsApp-Schaltfläche bzw. entsprechende WhatsApp-Funktion. Die auf unserer Website eingesetzte Wix-App „WhatsApp: Schaltfläche ‚Chat starten‘“ stammt nach unserem aktuellen Stand von Certified Code.</w:t>
      </w:r>
    </w:p>
    <w:p w14:paraId="5FB4FDA0" w14:textId="77777777" w:rsidR="008A0841" w:rsidRDefault="00000000">
      <w:r>
        <w:t>Wenn Sie die WhatsApp-Schaltfläche anklicken, wird eine Verbindung zu WhatsApp hergestellt. Je nach Endgerät kann sich die WhatsApp-Anwendung oder WhatsApp Web öffnen.</w:t>
      </w:r>
    </w:p>
    <w:p w14:paraId="3D72C236" w14:textId="77777777" w:rsidR="008A0841" w:rsidRDefault="00000000">
      <w:r>
        <w:t>Bei der anschließenden Kommunikation können insbesondere Ihre Telefonnummer, Profildaten sowie die von Ihnen übermittelten Nachrichten und sonstigen Inhalte verarbeitet werden. Anbieter von WhatsApp für Nutzer im Europäischen Wirtschaftsraum ist WhatsApp Ireland Limited.</w:t>
      </w:r>
    </w:p>
    <w:p w14:paraId="76915859" w14:textId="77777777" w:rsidR="008A0841" w:rsidRDefault="00000000">
      <w:r>
        <w:t>Die WhatsApp-Schaltfläche dient der freiwilligen Kontaktaufnahme. Die konkrete technische Datenübermittlung beim bloßen Laden der Website hängt von der Einbindung der App ab und sollte anhand der tatsächlichen Wix-Konfiguration geprüft werden.</w:t>
      </w:r>
    </w:p>
    <w:p w14:paraId="40F73A27" w14:textId="77777777" w:rsidR="008A0841" w:rsidRDefault="00000000">
      <w:pPr>
        <w:pStyle w:val="berschrift1"/>
      </w:pPr>
      <w:r>
        <w:t>6.5 Wix Smart Chat</w:t>
      </w:r>
    </w:p>
    <w:p w14:paraId="677ED2B1" w14:textId="77777777" w:rsidR="008A0841" w:rsidRDefault="00000000">
      <w:r>
        <w:t>Auf unserer Website ist Wix Smart Chat installiert. Die Funktion ermöglicht Besuchern, über einen Chat mit uns Kontakt aufzunehmen. Bei der Nutzung können insbesondere die von Ihnen eingegebenen Nachrichten sowie für die technische Bereitstellung des Chats erforderliche Informationen verarbeitet werden.</w:t>
      </w:r>
    </w:p>
    <w:p w14:paraId="0765B90E" w14:textId="77777777" w:rsidR="008A0841" w:rsidRDefault="00000000">
      <w:pPr>
        <w:pStyle w:val="berschrift1"/>
      </w:pPr>
      <w:r>
        <w:t>6.6 Google reCAPTCHA Enterprise</w:t>
      </w:r>
    </w:p>
    <w:p w14:paraId="6478FF03" w14:textId="77777777" w:rsidR="008A0841" w:rsidRDefault="00000000">
      <w:r>
        <w:t>Auf unserer Website wurde im aktuellen technischen Scan Google reCAPTCHA Enterprise bzw. dessen technische Ressourcen erkannt. Der Dienst kann insbesondere zum Schutz von Formularen und anderen Funktionen vor Spam, Bots und missbräuchlicher Nutzung eingesetzt werden.</w:t>
      </w:r>
    </w:p>
    <w:p w14:paraId="10DC0762" w14:textId="77777777" w:rsidR="008A0841" w:rsidRDefault="00000000">
      <w:r>
        <w:t>Hierbei können technische Informationen über Ihr Endgerät sowie Informationen über Ihre Interaktion mit der Website verarbeitet werden. Im Rahmen der technischen Einbindung können Ressourcen von Google, insbesondere über google.com und gstatic.com, geladen werden.</w:t>
      </w:r>
    </w:p>
    <w:p w14:paraId="641406A7" w14:textId="77777777" w:rsidR="008A0841" w:rsidRDefault="00000000">
      <w:r>
        <w:t>Die konkrete Aktivierung und Rechtsgrundlage sollte vor Veröffentlichung anhand der tatsächlichen Wix-/Usercentrics-Konfiguration geprüft und entsprechend konkretisiert werden.</w:t>
      </w:r>
    </w:p>
    <w:p w14:paraId="6F501C84" w14:textId="77777777" w:rsidR="008A0841" w:rsidRDefault="00000000">
      <w:pPr>
        <w:pStyle w:val="berschrift1"/>
      </w:pPr>
      <w:r>
        <w:t>6.7 Weitere externe technische Ressourcen</w:t>
      </w:r>
    </w:p>
    <w:p w14:paraId="6F62EAB6" w14:textId="77777777" w:rsidR="008A0841" w:rsidRDefault="00000000">
      <w:r>
        <w:t xml:space="preserve">Im aktuellen technischen Scan wurden unter anderem Ressourcen von ajax.googleapis.com, google.com, gstatic.com und fonts.gstatic.com festgestellt. Diese können beispielsweise für </w:t>
      </w:r>
      <w:r>
        <w:lastRenderedPageBreak/>
        <w:t>technische JavaScript-Bibliotheken, Sicherheitsfunktionen oder Schriftarten verwendet werden.</w:t>
      </w:r>
    </w:p>
    <w:p w14:paraId="40D34493" w14:textId="77777777" w:rsidR="008A0841" w:rsidRDefault="00000000">
      <w:r>
        <w:t>Die bloße Feststellung einer technischen Ressource bedeutet nicht automatisch, dass ein eigenständiger Trackingdienst eingesetzt wird. Maßgeblich ist die konkrete Einbindung auf der veröffentlichten Website.</w:t>
      </w:r>
    </w:p>
    <w:p w14:paraId="03FA8A02" w14:textId="77777777" w:rsidR="008A0841" w:rsidRDefault="00000000">
      <w:pPr>
        <w:pStyle w:val="berschrift1"/>
      </w:pPr>
      <w:r>
        <w:t>7. Google Meet</w:t>
      </w:r>
    </w:p>
    <w:p w14:paraId="3D8D1098" w14:textId="77777777" w:rsidR="008A0841" w:rsidRDefault="00000000">
      <w:r>
        <w:t>Die Nachhilfeeinheiten können über Google Meet durchgeführt werden. Hierfür können Meeting-Links und Informationen zur Teilnahme an Online-Konferenzen verarbeitet werden. Die Verarbeitung dient der Durchführung der vereinbarten Nachhilfeleistungen und der damit verbundenen Organisation und Abrechnung.</w:t>
      </w:r>
    </w:p>
    <w:p w14:paraId="67C274F4" w14:textId="77777777" w:rsidR="008A0841" w:rsidRDefault="00000000">
      <w:pPr>
        <w:pStyle w:val="berschrift1"/>
      </w:pPr>
      <w:r>
        <w:t>8. Kommunikation über WhatsApp zwischen Tutoren und Schülern bzw. Eltern</w:t>
      </w:r>
    </w:p>
    <w:p w14:paraId="2A0D9766" w14:textId="77777777" w:rsidR="008A0841" w:rsidRDefault="00000000">
      <w:r>
        <w:t>Neben der WhatsApp-Funktion auf der Website kann WhatsApp als Kommunikationskanal zwischen Tutoren und Eltern bzw. Schülern eingesetzt werden. Dabei können insbesondere Telefonnummern, Nachrichten, Dateien und sonstige von den Beteiligten übermittelte Informationen verarbeitet werden.</w:t>
      </w:r>
    </w:p>
    <w:p w14:paraId="6675E6F7" w14:textId="77777777" w:rsidR="008A0841" w:rsidRDefault="00000000">
      <w:r>
        <w:t>Die Kommunikation über WhatsApp erfolgt freiwillig. Soweit eine Kommunikation auch über andere Kommunikationswege möglich ist, können Sie diese nutzen.</w:t>
      </w:r>
    </w:p>
    <w:p w14:paraId="542A7370" w14:textId="77777777" w:rsidR="008A0841" w:rsidRDefault="00000000">
      <w:pPr>
        <w:pStyle w:val="berschrift1"/>
      </w:pPr>
      <w:r>
        <w:t>9. Abrechnung und Zahlungsdaten</w:t>
      </w:r>
    </w:p>
    <w:p w14:paraId="7B9B6421" w14:textId="77777777" w:rsidR="008A0841" w:rsidRDefault="00000000">
      <w:r>
        <w:t>Zur Abrechnung unserer Leistungen verarbeiten wir die hierfür erforderlichen Vertrags-, Rechnungs- und Zahlungsdaten. Hierzu können insbesondere Name, Rechnungsanschrift, Vertragsdaten, Rechnungsdaten, Zahlungsstatus und Zahlungsbestätigungen gehören.</w:t>
      </w:r>
    </w:p>
    <w:p w14:paraId="135D3B08" w14:textId="77777777" w:rsidR="008A0841" w:rsidRDefault="00000000">
      <w:r>
        <w:t>Soweit Zahlungsdienstleister eingesetzt werden, erhalten diese nur die für die jeweilige Zahlungsabwicklung erforderlichen Daten. Die Verarbeitung erfolgt zur Vertragserfüllung nach Art. 6 Abs. 1 lit. b DSGVO sowie zur Erfüllung gesetzlicher Pflichten nach Art. 6 Abs. 1 lit. c DSGVO.</w:t>
      </w:r>
    </w:p>
    <w:p w14:paraId="7AAE4AE4" w14:textId="77777777" w:rsidR="008A0841" w:rsidRDefault="00000000">
      <w:pPr>
        <w:pStyle w:val="berschrift1"/>
      </w:pPr>
      <w:r>
        <w:t>10. Welche Rechte stehen Ihnen zu?</w:t>
      </w:r>
    </w:p>
    <w:p w14:paraId="0B7BF462" w14:textId="77777777" w:rsidR="008A0841" w:rsidRDefault="00000000">
      <w:r>
        <w:t>Die nachfolgend beschriebenen Betroffenenrechte können gegenüber dem jeweils für die Verarbeitung verantwortlichen Verantwortlichen geltend gemacht werden, also gegenüber MyOnlineProf oder – soweit einschlägig – dem jeweiligen Tutor.</w:t>
      </w:r>
    </w:p>
    <w:p w14:paraId="2D5B0847" w14:textId="77777777" w:rsidR="008A0841" w:rsidRDefault="00000000">
      <w:r>
        <w:t>Widerrufsrecht: Sofern wir personenbezogene Daten auf Grundlage Ihrer Einwilligung verarbeiten, haben Sie das Recht, die Einwilligung jederzeit mit Wirkung für die Zukunft zu widerrufen. Die Rechtmäßigkeit der bis zum Widerruf erfolgten Verarbeitung bleibt unberührt.</w:t>
      </w:r>
    </w:p>
    <w:p w14:paraId="185959DF" w14:textId="77777777" w:rsidR="008A0841" w:rsidRDefault="00000000">
      <w:r>
        <w:lastRenderedPageBreak/>
        <w:t>Auskunftsrecht: Sie haben das Recht auf Auskunft über die Verarbeitungszwecke, Kategorien der verarbeiteten personenbezogenen Daten, Empfänger, Speicherdauer, Ihnen zustehende Rechte, die Herkunft der Daten sowie – soweit einschlägig – das Bestehen einer automatisierten Entscheidungsfindung.</w:t>
      </w:r>
    </w:p>
    <w:p w14:paraId="36D97DD4" w14:textId="77777777" w:rsidR="008A0841" w:rsidRDefault="00000000">
      <w:r>
        <w:t>Berichtigung und Löschung: Sie können die Berichtigung unrichtiger oder unvollständiger personenbezogener Daten sowie unter den gesetzlichen Voraussetzungen die Löschung Ihrer personenbezogenen Daten verlangen.</w:t>
      </w:r>
    </w:p>
    <w:p w14:paraId="50BD023C" w14:textId="77777777" w:rsidR="008A0841" w:rsidRDefault="00000000">
      <w:r>
        <w:t>Einschränkung der Verarbeitung: Sie können unter den gesetzlichen Voraussetzungen die Einschränkung der Verarbeitung Ihrer Daten verlangen.</w:t>
      </w:r>
    </w:p>
    <w:p w14:paraId="7E0B97ED" w14:textId="77777777" w:rsidR="008A0841" w:rsidRDefault="00000000">
      <w:r>
        <w:t>Datenübertragbarkeit: Sie können unter den gesetzlichen Voraussetzungen verlangen, dass Sie die von Ihnen bereitgestellten personenbezogenen Daten in einem strukturierten, gängigen und maschinenlesbaren Format erhalten.</w:t>
      </w:r>
    </w:p>
    <w:p w14:paraId="1DD06107" w14:textId="77777777" w:rsidR="008A0841" w:rsidRDefault="00000000">
      <w:r>
        <w:t>Widerspruch: Sie können aus Gründen, die sich aus Ihrer besonderen Situation ergeben, unter den gesetzlichen Voraussetzungen Widerspruch gegen die Verarbeitung Ihrer personenbezogenen Daten einlegen. Gegen die Verwendung Ihrer personenbezogenen Daten zu Zwecken der Direktwerbung können Sie jederzeit Widerspruch einlegen.</w:t>
      </w:r>
    </w:p>
    <w:p w14:paraId="5E26FBD1" w14:textId="77777777" w:rsidR="008A0841" w:rsidRDefault="00000000">
      <w:r>
        <w:t>Zur Ausübung Ihrer Rechte können Sie sich an info@myonlineprof.org wenden.</w:t>
      </w:r>
    </w:p>
    <w:p w14:paraId="18977C8F" w14:textId="77777777" w:rsidR="008A0841" w:rsidRDefault="00000000">
      <w:pPr>
        <w:pStyle w:val="berschrift1"/>
      </w:pPr>
      <w:r>
        <w:t>11. Beschwerderecht bei einer Aufsichtsbehörde</w:t>
      </w:r>
    </w:p>
    <w:p w14:paraId="0692488E" w14:textId="77777777" w:rsidR="008A0841" w:rsidRDefault="00000000">
      <w:r>
        <w:t>Sie haben das Recht, sich bei einer Datenschutzaufsichtsbehörde zu beschweren, wenn Sie der Ansicht sind, dass die Verarbeitung Ihrer personenbezogenen Daten gegen Datenschutzrecht verstößt.</w:t>
      </w:r>
    </w:p>
    <w:p w14:paraId="34F61174" w14:textId="77777777" w:rsidR="008A0841" w:rsidRDefault="00000000">
      <w:r>
        <w:t>Für ein Unternehmen mit Sitz in Düsseldorf ist grundsätzlich die zuständige Datenschutzaufsicht in Nordrhein-Westfalen zu berücksichtigen. Die konkrete aktuelle Behördenbezeichnung und Kontaktdaten sollten vor Veröffentlichung anhand der offiziellen Angaben der Landesbeauftragten für Datenschutz und Informationsfreiheit Nordrhein-Westfalen (LDI NRW) eingesetzt werden.</w:t>
      </w:r>
    </w:p>
    <w:p w14:paraId="5F086CE0" w14:textId="77777777" w:rsidR="008A0841" w:rsidRDefault="00000000">
      <w:pPr>
        <w:pStyle w:val="berschrift1"/>
      </w:pPr>
      <w:r>
        <w:t>12. Aktualisierung dieser Datenschutzerklärung</w:t>
      </w:r>
    </w:p>
    <w:p w14:paraId="6145B021" w14:textId="77777777" w:rsidR="008A0841" w:rsidRDefault="00000000">
      <w:r>
        <w:t>Wir behalten uns vor, diese Datenschutzerklärung anzupassen, wenn sich die rechtlichen Anforderungen oder die von uns eingesetzten Dienste und Verarbeitungsvorgänge ändern.</w:t>
      </w:r>
    </w:p>
    <w:p w14:paraId="4982CB43" w14:textId="77777777" w:rsidR="008A0841" w:rsidRDefault="00000000">
      <w:r>
        <w:t>Stand: September 2026</w:t>
      </w:r>
    </w:p>
    <w:sectPr w:rsidR="008A084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33044463">
    <w:abstractNumId w:val="8"/>
  </w:num>
  <w:num w:numId="2" w16cid:durableId="852181039">
    <w:abstractNumId w:val="6"/>
  </w:num>
  <w:num w:numId="3" w16cid:durableId="844171278">
    <w:abstractNumId w:val="5"/>
  </w:num>
  <w:num w:numId="4" w16cid:durableId="377172774">
    <w:abstractNumId w:val="4"/>
  </w:num>
  <w:num w:numId="5" w16cid:durableId="1891526347">
    <w:abstractNumId w:val="7"/>
  </w:num>
  <w:num w:numId="6" w16cid:durableId="2070036395">
    <w:abstractNumId w:val="3"/>
  </w:num>
  <w:num w:numId="7" w16cid:durableId="1405762131">
    <w:abstractNumId w:val="2"/>
  </w:num>
  <w:num w:numId="8" w16cid:durableId="1807702614">
    <w:abstractNumId w:val="1"/>
  </w:num>
  <w:num w:numId="9" w16cid:durableId="154878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2AE2"/>
    <w:rsid w:val="0015074B"/>
    <w:rsid w:val="0029639D"/>
    <w:rsid w:val="00326F90"/>
    <w:rsid w:val="008A0841"/>
    <w:rsid w:val="00AA1D8D"/>
    <w:rsid w:val="00B47730"/>
    <w:rsid w:val="00CB0664"/>
    <w:rsid w:val="00E807A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0A3FC5"/>
  <w14:defaultImageDpi w14:val="300"/>
  <w15:docId w15:val="{A6F7B2CD-B510-4B23-AC6A-B1635286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2756</Words>
  <Characters>17363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Ingrid Trier</cp:lastModifiedBy>
  <cp:revision>2</cp:revision>
  <dcterms:created xsi:type="dcterms:W3CDTF">2026-09-07T14:58:00Z</dcterms:created>
  <dcterms:modified xsi:type="dcterms:W3CDTF">2026-09-07T14:58:00Z</dcterms:modified>
  <cp:category/>
</cp:coreProperties>
</file>